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/>
        <w:jc w:val="center"/>
      </w:pPr>
      <w:r>
        <w:rPr>
          <w:rFonts w:ascii="Aptos" w:hAnsi="Aptos"/>
          <w:b/>
          <w:color w:val="15324A"/>
          <w:sz w:val="60"/>
        </w:rPr>
        <w:t>ARIELO OS 01A</w:t>
      </w:r>
    </w:p>
    <w:p>
      <w:pPr>
        <w:jc w:val="center"/>
      </w:pPr>
      <w:r>
        <w:rPr>
          <w:rFonts w:ascii="Aptos" w:hAnsi="Aptos"/>
          <w:b/>
          <w:color w:val="1677C8"/>
          <w:sz w:val="42"/>
        </w:rPr>
        <w:t>64 bits</w:t>
      </w:r>
    </w:p>
    <w:p>
      <w:pPr>
        <w:spacing w:before="200"/>
        <w:jc w:val="center"/>
      </w:pPr>
      <w:r>
        <w:rPr>
          <w:rFonts w:ascii="Aptos" w:hAnsi="Aptos"/>
          <w:b/>
          <w:color w:val="15324A"/>
          <w:sz w:val="32"/>
        </w:rPr>
        <w:t>HISTORIA TÉCNICA COMPLETA DEL PROYECTO</w:t>
      </w:r>
    </w:p>
    <w:p>
      <w:pPr>
        <w:jc w:val="center"/>
      </w:pPr>
      <w:r>
        <w:rPr>
          <w:rFonts w:ascii="Aptos" w:hAnsi="Aptos"/>
          <w:b/>
          <w:color w:val="1677C8"/>
          <w:sz w:val="26"/>
        </w:rPr>
        <w:t>Desde los primeros prototipos hasta la ISO 1604</w:t>
      </w:r>
    </w:p>
    <w:p>
      <w:pPr>
        <w:jc w:val="center"/>
      </w:pPr>
      <w:r>
        <w:rPr>
          <w:rFonts w:ascii="Aptos" w:hAnsi="Aptos"/>
          <w:color w:val="5A6670"/>
          <w:sz w:val="21"/>
        </w:rPr>
        <w:t>Creación • reparación • personalización • remasterización • instalación • validación física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FFF7D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color w:val="B8860B"/>
                <w:sz w:val="20"/>
              </w:rPr>
              <w:t xml:space="preserve">ESTADO AL CIERRE:  </w:t>
            </w:r>
            <w:r>
              <w:rPr>
                <w:rFonts w:ascii="Aptos" w:hAnsi="Aptos"/>
                <w:color w:val="15324A"/>
                <w:sz w:val="18"/>
              </w:rPr>
              <w:t>ISO 1604 validada de principio a fin, sin dificultades en el recorrido normal de uso e instalación. CANDADO DE ORO. La ruta de compatibilidad con kernel 7.0.0-14 queda disponible para una prueba física específica posterior.</w:t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5"/>
        <w:gridCol w:w="5185"/>
      </w:tblGrid>
      <w:tr>
        <w:trPr>
          <w:tblHeader w:val="true"/>
        </w:trPr>
        <w:tc>
          <w:tcPr>
            <w:tcW w:type="dxa" w:w="2835"/>
            <w:shd w:fill="1677C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Elemento</w:t>
            </w:r>
          </w:p>
        </w:tc>
        <w:tc>
          <w:tcPr>
            <w:tcW w:type="dxa" w:w="6236"/>
            <w:shd w:fill="1677C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Detalle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Proyecto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Arielo OS 01A - edición LXQt de 64 bits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Base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Ubuntu/Lubuntu 26.04 LTS Resolute, amd64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Herramienta de remasterización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Penguins’ Eggs / coa 26.7.30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Instalador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Calamares 3.3.14 invocado por coa / Krill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Kernel normal final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7.0.0-29-generic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Kernel de compatibilidad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7.0.0-14-generic (AcePC T11)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ISO cerrada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egg-of-ubuntu-resolute-arielo-pc-amd64-2026-08-10_1604.iso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Tamaño exacto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9,841,803,264 bytes (9.17 GiB aprox.)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SHA-256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1795c09e3833eb597c8aadc4cb0b72e73d3983af4692cc368f51735c20d79ea2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Fecha de cierre técnico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10 de agosto de 2026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Documentación actualizada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8"/>
              </w:rPr>
              <w:t>11 de agosto de 2026</w:t>
            </w:r>
          </w:p>
        </w:tc>
      </w:tr>
    </w:tbl>
    <w:p>
      <w:pPr>
        <w:spacing w:after="20"/>
      </w:pPr>
    </w:p>
    <w:p>
      <w:pPr>
        <w:spacing w:before="160"/>
        <w:jc w:val="center"/>
      </w:pPr>
      <w:r>
        <w:rPr>
          <w:rFonts w:ascii="Aptos" w:hAnsi="Aptos"/>
          <w:i/>
          <w:color w:val="5A6670"/>
          <w:sz w:val="17"/>
        </w:rPr>
        <w:t>Proyecto iniciado y dirigido por Ariel (Arielo / EA7JTP), con asistencia técnica conversacional de ChatGPT durante el diseño, diagnóstico, construcción, auditoría y documentación.</w:t>
      </w:r>
    </w:p>
    <w:p>
      <w:r>
        <w:br w:type="page"/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0. Alcance y fuentes de este documento</w:t>
      </w:r>
    </w:p>
    <w:p>
      <w:pPr>
        <w:spacing w:after="100" w:line="259" w:lineRule="auto"/>
      </w:pPr>
      <w:r>
        <w:rPr>
          <w:rFonts w:ascii="Aptos" w:hAnsi="Aptos"/>
        </w:rPr>
        <w:t>Este documento recompone de forma cronológica y técnica todo el camino de Arielo OS 01A de 64 bits, desde las primeras conversaciones de preparación del sistema y las primeras ISOs de julio de 2026 hasta la construcción, auditoría y validación física de la ISO 1604 del 10 de agosto de 2026. No es una transcripción literal de los chats: organiza los hechos, decisiones, fallos, pruebas y soluciones para que el proceso pueda entenderse y repetirse.</w:t>
      </w:r>
    </w:p>
    <w:p>
      <w:pPr>
        <w:spacing w:after="100" w:line="259" w:lineRule="auto"/>
      </w:pPr>
      <w:r>
        <w:rPr>
          <w:rFonts w:ascii="Aptos" w:hAnsi="Aptos"/>
        </w:rPr>
        <w:t>La primera base documental fue el informe “Documentacion_Completa_Arielo_OS_01A”, elaborado el 1 de agosto de 2026 y centrado en la primera etapa del proyecto: clon seguro, Penguins’ Eggs, integración de Arielo Apps, reparación de Snap, ISO 1331 y validación inicial. A partir de ahí se han incorporado las conversaciones y auditorías posteriores: Calamares, doble kernel, GRUB, branding, Live, sesión ArieloOS, limpieza del staging, ISOs 1228/1251/2053/0022/1337/1453 y cierre de la 1604.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EAF4FB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color w:val="1677C8"/>
                <w:sz w:val="20"/>
              </w:rPr>
              <w:t xml:space="preserve">Criterio documental:  </w:t>
            </w:r>
            <w:r>
              <w:rPr>
                <w:rFonts w:ascii="Aptos" w:hAnsi="Aptos"/>
                <w:color w:val="15324A"/>
                <w:sz w:val="18"/>
              </w:rPr>
              <w:t>Se distinguen hechos probados de hipótesis temporales. Los fallos falsos de auditoría (por ejemplo, comparaciones de vmlinuz sin sudo o un montaje fallido por timeout de sudo) se explican como tales y no se presentan como defectos reales de la ISO.</w:t>
            </w:r>
          </w:p>
        </w:tc>
      </w:tr>
    </w:tbl>
    <w:p>
      <w:pPr>
        <w:spacing w:after="20"/>
      </w:pP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Índice. Recorrido del documento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1. Resumen ejecutivo y estado final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2. Origen del proyecto de 64 bits y objetivos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3. Hardware implicado y filosofía de trabajo seguro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4. Primera etapa: clon, Penguins’ Eggs y estructura de remasterización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5. Integración de Arielo Apps y elementos globales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6. Primera ISO piloto y descubrimiento de los fallos de Snap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7. SNAPFIX: xattrs, snap-confine y reconstrucción mínima de /snap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8. ISO 1331 y validación inicial en hardware real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9. Wi-Fi Broadcom, cámara, Bluetooth y aprendizaje del portátil Lenovo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10. Manual de Arielo OS y migración a ruta global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11. Segunda etapa: evolución de la fábrica Arielo OS 01A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12. Calamares 3.3.14 y el problema de particionado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13. Doble kernel: 7.0.0-29 normal y 7.0.0-14 de compatibilidad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14. GRUB e ISOLINUX: identidad Arielo y fondo de arranque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15. El instalador Live que no abría: diagnóstico de sudoers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16. Sesión instalada LXQt frente a ArieloOS: causa y solución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17. Branding final del instalador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18. Limpieza de backups históricos y contaminación de liveroot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19. Cronología de ISOs y qué aportó cada una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20. ISO 1604: auditoría digital completa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21. ISO 1604: validación física de principio a fin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22. Estado “CANDADO DE ORO” y política de cambios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23. Betatesting local y siguientes pasos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24. Posible futura edición Arielo OS Base/Core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Apéndice A. Rutas y archivos críticos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Apéndice B. Hashes de referencia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Apéndice C. Comandos esenciales de auditoría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Apéndice D. Lecciones técnicas del proyecto</w:t>
      </w:r>
    </w:p>
    <w:p>
      <w:r>
        <w:br w:type="page"/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1. Resumen ejecutivo y estado final</w:t>
      </w:r>
    </w:p>
    <w:p>
      <w:pPr>
        <w:spacing w:after="100" w:line="259" w:lineRule="auto"/>
      </w:pPr>
      <w:r>
        <w:rPr>
          <w:rFonts w:ascii="Aptos" w:hAnsi="Aptos"/>
        </w:rPr>
        <w:t>Arielo OS 01A 64-bit nació como una instalación personalizada de Ubuntu/Lubuntu 26.04 Resolute que debía convertirse en una ISO Live instalable, híbrida BIOS/UEFI, con identidad propia, Arielo Apps, manual, soporte Snap y capacidad de funcionar en equipos de características muy diferentes. El proyecto evolucionó mediante pruebas reales, auditorías repetidas y correcciones mínimas, evitando cambios innecesarios una vez que una pieza quedaba validada.</w:t>
      </w:r>
    </w:p>
    <w:p>
      <w:pPr>
        <w:spacing w:after="100" w:line="259" w:lineRule="auto"/>
      </w:pPr>
      <w:r>
        <w:rPr>
          <w:rFonts w:ascii="Aptos" w:hAnsi="Aptos"/>
        </w:rPr>
        <w:t>La dificultad principal no estuvo en “crear una ISO”, sino en conservar correctamente el comportamiento del sistema original dentro del SquashFS y durante una instalación real. Snap exigió preservar atributos extendidos y reconstruir enlaces del árbol /snap; Calamares necesitó un layout de partición inyectado en tiempo de ejecución; el lanzador del instalador necesitó una regla sudo final específica para el usuario live; y la sesión instalada necesitó indicar explícitamente a Calamares que ArieloOS era el escritorio predeterminado.</w:t>
      </w:r>
    </w:p>
    <w:p>
      <w:pPr>
        <w:spacing w:after="100" w:line="259" w:lineRule="auto"/>
      </w:pPr>
      <w:r>
        <w:rPr>
          <w:rFonts w:ascii="Aptos" w:hAnsi="Aptos"/>
        </w:rPr>
        <w:t>El resultado final de esta fase es la ISO 1604. Fue construida con 24 éxitos y 0 errores, auditada desde fuera y desde dentro, y probada físicamente de principio a fin sin dificultades en el camino normal. La prueba confirmó USB, GRUB con imagen, Live, aplicaciones, instalación completa, arranque del PC instalado, sesión ArieloOS y aplicaciones en el sistema instalado.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rPr>
          <w:tblHeader w:val="true"/>
        </w:trPr>
        <w:tc>
          <w:tcPr>
            <w:tcW w:type="dxa" w:w="2381"/>
            <w:shd w:fill="1677C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Área</w:t>
            </w:r>
          </w:p>
        </w:tc>
        <w:tc>
          <w:tcPr>
            <w:tcW w:type="dxa" w:w="4422"/>
            <w:shd w:fill="1677C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Configuración final</w:t>
            </w:r>
          </w:p>
        </w:tc>
        <w:tc>
          <w:tcPr>
            <w:tcW w:type="dxa" w:w="2268"/>
            <w:shd w:fill="1677C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Estado</w:t>
            </w:r>
          </w:p>
        </w:tc>
      </w:tr>
      <w:tr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ISO</w:t>
            </w:r>
          </w:p>
        </w:tc>
        <w:tc>
          <w:tcPr>
            <w:tcW w:type="dxa" w:w="442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1604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VALIDADA</w:t>
            </w:r>
          </w:p>
        </w:tc>
      </w:tr>
      <w:tr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BIOS / UEFI</w:t>
            </w:r>
          </w:p>
        </w:tc>
        <w:tc>
          <w:tcPr>
            <w:tcW w:type="dxa" w:w="442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El Torito + isohybrid/GPT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VALIDADO</w:t>
            </w:r>
          </w:p>
        </w:tc>
      </w:tr>
      <w:tr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Kernel normal</w:t>
            </w:r>
          </w:p>
        </w:tc>
        <w:tc>
          <w:tcPr>
            <w:tcW w:type="dxa" w:w="442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7.0.0-29-generic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VALIDADO</w:t>
            </w:r>
          </w:p>
        </w:tc>
      </w:tr>
      <w:tr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Compatibilidad</w:t>
            </w:r>
          </w:p>
        </w:tc>
        <w:tc>
          <w:tcPr>
            <w:tcW w:type="dxa" w:w="442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7.0.0-14-generic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ESTRUCTURALMENTE VALIDADO; prueba física específica pendiente</w:t>
            </w:r>
          </w:p>
        </w:tc>
      </w:tr>
      <w:tr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GRUB</w:t>
            </w:r>
          </w:p>
        </w:tc>
        <w:tc>
          <w:tcPr>
            <w:tcW w:type="dxa" w:w="442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Splash Arielo 640×480, menú limpio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VALIDADO EN HARDWARE</w:t>
            </w:r>
          </w:p>
        </w:tc>
      </w:tr>
      <w:tr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Live</w:t>
            </w:r>
          </w:p>
        </w:tc>
        <w:tc>
          <w:tcPr>
            <w:tcW w:type="dxa" w:w="442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Usuario live, sudo sin contraseña para instalador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VALIDADO</w:t>
            </w:r>
          </w:p>
        </w:tc>
      </w:tr>
      <w:tr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Calamares</w:t>
            </w:r>
          </w:p>
        </w:tc>
        <w:tc>
          <w:tcPr>
            <w:tcW w:type="dxa" w:w="442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3.3.14 + partitionLayout + ArieloOS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VALIDADO</w:t>
            </w:r>
          </w:p>
        </w:tc>
      </w:tr>
      <w:tr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Snap</w:t>
            </w:r>
          </w:p>
        </w:tc>
        <w:tc>
          <w:tcPr>
            <w:tcW w:type="dxa" w:w="442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17 current, 34 wrappers, caps snap-confine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VALIDADO</w:t>
            </w:r>
          </w:p>
        </w:tc>
      </w:tr>
      <w:tr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Backups históricos</w:t>
            </w:r>
          </w:p>
        </w:tc>
        <w:tc>
          <w:tcPr>
            <w:tcW w:type="dxa" w:w="442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0 en todo el SquashFS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VALIDADO</w:t>
            </w:r>
          </w:p>
        </w:tc>
      </w:tr>
      <w:tr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Estado</w:t>
            </w:r>
          </w:p>
        </w:tc>
        <w:tc>
          <w:tcPr>
            <w:tcW w:type="dxa" w:w="442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CANDADO DE ORO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CERRADO salvo bug real</w:t>
            </w:r>
          </w:p>
        </w:tc>
      </w:tr>
    </w:tbl>
    <w:p>
      <w:pPr>
        <w:spacing w:after="20"/>
      </w:pP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2. Origen del proyecto de 64 bits y objetivos</w:t>
      </w:r>
    </w:p>
    <w:p>
      <w:pPr>
        <w:spacing w:after="100" w:line="259" w:lineRule="auto"/>
      </w:pPr>
      <w:r>
        <w:rPr>
          <w:rFonts w:ascii="Aptos" w:hAnsi="Aptos"/>
        </w:rPr>
        <w:t>La edición de 64 bits se planteó como el sistema Arielo principal para equipos capaces de ejecutar Ubuntu moderno. El objetivo era mantener una experiencia completa: escritorio LXQt personalizado, identidad Arielo OS, aplicaciones propias, utilidades globales, navegador y paquetes Snap, y un instalador que permitiera trasladar el sistema a otro disco sin depender del equipo donde se construyó.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Usar una base Ubuntu/Lubuntu 26.04 LTS Resolute de 64 bits.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Conservar el aspecto y la identidad Arielo OS desde GRUB hasta el escritorio.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Integrar las Arielo Apps como componentes globales, no como ficheros dependientes de /home/arielo.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Generar una ISO híbrida BIOS/UEFI, grabable en USB y utilizable en hardware real.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Mantener dos caminos de arranque: kernel normal moderno y kernel 7.0.0-14 para compatibilidad con el AcePC T11.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Evitar datos personales y herramientas de construcción dentro de la ISO distribuida.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Documentar cada corrección para que la fábrica pudiera ser reproducible y auditable.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3. Hardware implicado y filosofía de trabajo seguro</w:t>
      </w:r>
    </w:p>
    <w:p>
      <w:pPr>
        <w:spacing w:after="100" w:line="259" w:lineRule="auto"/>
      </w:pPr>
      <w:r>
        <w:rPr>
          <w:rFonts w:ascii="Aptos" w:hAnsi="Aptos"/>
        </w:rPr>
        <w:t>El desarrollo se benefició de trabajar sobre varios equipos. El sistema maestro se construyó y remasterizó sobre hardware de 64 bits; el Lenovo G550 sirvió para instalaciones reales, Wi-Fi y pruebas de escritorio; y el AcePC T11 fue el motivo principal para conservar el kernel 7.0.0-14, ya que ese equipo no se comportaba bien con kernels posteriores. Un disco externo NTFS de 500 GB (Datos500Gb) se mantuvo como almacenamiento de respaldos y nunca se utilizó como destino destructivo de las pruebas de particionado.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EAF4FB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color w:val="1677C8"/>
                <w:sz w:val="20"/>
              </w:rPr>
              <w:t xml:space="preserve">Regla de seguridad aplicada durante todo el proyecto:  </w:t>
            </w:r>
            <w:r>
              <w:rPr>
                <w:rFonts w:ascii="Aptos" w:hAnsi="Aptos"/>
                <w:color w:val="15324A"/>
                <w:sz w:val="18"/>
              </w:rPr>
              <w:t>Una modificación cada vez, copia previa antes de editar, auditoría después de cada cambio, no tocar el disco Datos500Gb y no reconstruir una ISO por un detalle menor sin haber acumulado cambios suficientes.</w:t>
            </w:r>
          </w:p>
        </w:tc>
      </w:tr>
    </w:tbl>
    <w:p>
      <w:pPr>
        <w:spacing w:after="20"/>
      </w:pPr>
    </w:p>
    <w:p>
      <w:pPr>
        <w:spacing w:after="100" w:line="259" w:lineRule="auto"/>
      </w:pPr>
      <w:r>
        <w:rPr>
          <w:rFonts w:ascii="Aptos" w:hAnsi="Aptos"/>
        </w:rPr>
        <w:t>Esta metodología fue especialmente útil durante las fases de Snap, Calamares y limpieza de staging. Cuando un resultado era ambiguo, se prefería comprobar el estado real antes de “arreglar” algo que quizá no estaba roto.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4. Primera etapa: clon, Penguins’ Eggs y estructura de remasterización</w:t>
      </w:r>
    </w:p>
    <w:p>
      <w:pPr>
        <w:spacing w:after="100" w:line="259" w:lineRule="auto"/>
      </w:pPr>
      <w:r>
        <w:rPr>
          <w:rFonts w:ascii="Aptos" w:hAnsi="Aptos"/>
        </w:rPr>
        <w:t>En la primera fase, documentada en julio de 2026, la remasterización se realizó desde una copia segura del sistema. Penguins’ Eggs 26.7.30 y su motor coa se convirtieron en la base de la cocina. El directorio de trabajo estándar fue /home/eggs; más adelante se demostró que intentar separar una compilación con --path podía provocar rutas mezcladas, por lo que se fijó como norma utilizar la ruta estándar.</w:t>
      </w:r>
    </w:p>
    <w:p>
      <w:pPr>
        <w:spacing w:after="100" w:line="259" w:lineRule="auto"/>
      </w:pPr>
      <w:r>
        <w:rPr>
          <w:rFonts w:ascii="Aptos" w:hAnsi="Aptos"/>
        </w:rPr>
        <w:t>El flujo de construcción utiliza un liveroot, un overlay y un isodir. El sistema se prepara en liveroot, se comprime como filesystem.squashfs y después se genera la imagen ISO con los componentes de arranque. La experiencia posterior mostró que estos directorios son auténtico “staging”: si quedan residuos, pueden reaparecer dentro de una ISO futura aunque el sistema maestro ya esté limpio.</w:t>
      </w:r>
    </w:p>
    <w:p>
      <w:pPr>
        <w:spacing w:before="60" w:after="100"/>
        <w:ind w:left="340" w:right="170"/>
        <w:shd w:fill="F3F6F8"/>
      </w:pPr>
      <w:r>
        <w:rPr>
          <w:rFonts w:ascii="Liberation Mono" w:hAnsi="Liberation Mono"/>
          <w:color w:val="263746"/>
          <w:sz w:val="16"/>
        </w:rPr>
        <w:t>/home/eggs/</w:t>
        <w:br/>
        <w:t>├── liveroot/   # sistema Live preparado</w:t>
        <w:br/>
        <w:t>├── .overlay/   # área de trabajo OverlayFS</w:t>
        <w:br/>
        <w:t>├── isodir/     # árbol final de la ISO</w:t>
        <w:br/>
        <w:t>└── egg-of-ubuntu-...iso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5. Integración de Arielo Apps y elementos globales</w:t>
      </w:r>
    </w:p>
    <w:p>
      <w:pPr>
        <w:spacing w:after="100" w:line="259" w:lineRule="auto"/>
      </w:pPr>
      <w:r>
        <w:rPr>
          <w:rFonts w:ascii="Aptos" w:hAnsi="Aptos"/>
        </w:rPr>
        <w:t>Las aplicaciones Arielo se trasladaron desde el ámbito personal del usuario a rutas globales, principalmente /usr/local/bin, y sus lanzadores se colocaron en /usr/share/applications y en el escritorio modelo. De esta forma las aplicaciones estaban disponibles tanto en el Live como para el usuario creado durante la instalación.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Arielo Breakout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Arielo Calculator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Arielo FILES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Arielo Image Viewer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Arielo Log Viewer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Arielo Notepad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Arielo Pong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Arielo SHEET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Arielo Snake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Arielo SYSINFO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Arielo Tetris</w:t>
      </w:r>
    </w:p>
    <w:p>
      <w:pPr>
        <w:spacing w:after="100" w:line="259" w:lineRule="auto"/>
      </w:pPr>
      <w:r>
        <w:rPr>
          <w:rFonts w:ascii="Aptos" w:hAnsi="Aptos"/>
        </w:rPr>
        <w:t>También se conservaron herramientas como arielo-manual, arielo-memory-info y arielo-os-info. Con el tiempo, el manual dejó de depender de la carpeta personal y se trasladó a /usr/local/share/arielo-os/manual/, mientras el lanzador /usr/local/bin/arielo-manual copia el contenido a Documentos antes de abrirlo con Chromium. Esta arquitectura evita las restricciones de Chromium sobre file:// en rutas globales y mantiene el manual disponible para cada instalación.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6. Primera ISO piloto y descubrimiento de los fallos de Snap</w:t>
      </w:r>
    </w:p>
    <w:p>
      <w:pPr>
        <w:spacing w:after="100" w:line="259" w:lineRule="auto"/>
      </w:pPr>
      <w:r>
        <w:rPr>
          <w:rFonts w:ascii="Aptos" w:hAnsi="Aptos"/>
        </w:rPr>
        <w:t>La primera ISO piloto relevante de la etapa de julio fue la 2040 (30 de julio). Estructuralmente arrancaba y contenía las aplicaciones, pero la instalación real reveló fallos que no se veían en una simple auditoría de archivos: snapd.socket no quedaba activo, faltaban enlaces /snap/&lt;paquete&gt;/current y snap-confine había perdido sus capacidades Linux.</w:t>
      </w:r>
    </w:p>
    <w:p>
      <w:pPr>
        <w:spacing w:after="100" w:line="259" w:lineRule="auto"/>
      </w:pPr>
      <w:r>
        <w:rPr>
          <w:rFonts w:ascii="Aptos" w:hAnsi="Aptos"/>
        </w:rPr>
        <w:t>La reparación manual de esos tres elementos permitía abrir Chromium, demostrando que los paquetes .snap estaban correctos y que el problema era la pérdida de estructura y metadatos durante la creación del SquashFS.</w:t>
      </w:r>
    </w:p>
    <w:p>
      <w:pPr>
        <w:spacing w:before="60" w:after="100"/>
        <w:ind w:left="340" w:right="170"/>
        <w:shd w:fill="F3F6F8"/>
      </w:pPr>
      <w:r>
        <w:rPr>
          <w:rFonts w:ascii="Liberation Mono" w:hAnsi="Liberation Mono"/>
          <w:color w:val="263746"/>
          <w:sz w:val="16"/>
        </w:rPr>
        <w:t>sudo systemctl enable --now snapd.socket</w:t>
        <w:br/>
        <w:t>sudo ln -sfn &lt;revision&gt; /snap/&lt;paquete&gt;/current</w:t>
        <w:br/>
        <w:t>sudo setcap "$(cat /usr/lib/snapd/snap-confine.caps)" /usr/lib/snapd/snap-confine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7. SNAPFIX: xattrs, snap-confine y reconstrucción mínima de /snap</w:t>
      </w:r>
    </w:p>
    <w:p>
      <w:pPr>
        <w:spacing w:after="100" w:line="259" w:lineRule="auto"/>
      </w:pPr>
      <w:r>
        <w:rPr>
          <w:rFonts w:ascii="Aptos" w:hAnsi="Aptos"/>
        </w:rPr>
        <w:t>El registro de coa mostró la causa principal: mksquashfs se invocaba con -no-xattrs. Las capacidades de Linux de snap-confine se almacenan precisamente como atributos extendidos; al perderse los xattrs, el ejecutable quedaba sin los permisos especiales necesarios para Snap.</w:t>
      </w:r>
    </w:p>
    <w:p>
      <w:pPr>
        <w:spacing w:after="100" w:line="259" w:lineRule="auto"/>
      </w:pPr>
      <w:r>
        <w:rPr>
          <w:rFonts w:ascii="Aptos" w:hAnsi="Aptos"/>
        </w:rPr>
        <w:t>En lugar de modificar el binario de coa, se creó un intermediario /usr/local/sbin/mksquashfs. Gracias al orden del PATH, coa llamaba al wrapper. El wrapper sustituía -no-xattrs por -xattrs y, en su versión definitiva, reconstruía el árbol mínimo de /snap dentro del liveroot: /snap/bin y los enlaces current de cada snap instalado.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EAF4FB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color w:val="1677C8"/>
                <w:sz w:val="20"/>
              </w:rPr>
              <w:t xml:space="preserve">SNAPFIX definitivo:  </w:t>
            </w:r>
            <w:r>
              <w:rPr>
                <w:rFonts w:ascii="Aptos" w:hAnsi="Aptos"/>
                <w:color w:val="15324A"/>
                <w:sz w:val="18"/>
              </w:rPr>
              <w:t>/usr/local/sbin/mksquashfs, SHA-256 1dae59600ab744c5750ce6fe67497445a8d90d41466bb90d398637bd487ac432. Es una herramienta de fabricación: actúa al construir, pero está excluida del sistema Live final.</w:t>
            </w:r>
          </w:p>
        </w:tc>
      </w:tr>
    </w:tbl>
    <w:p>
      <w:pPr>
        <w:spacing w:after="20"/>
      </w:pPr>
    </w:p>
    <w:p>
      <w:pPr>
        <w:spacing w:after="100" w:line="259" w:lineRule="auto"/>
      </w:pPr>
      <w:r>
        <w:rPr>
          <w:rFonts w:ascii="Aptos" w:hAnsi="Aptos"/>
        </w:rPr>
        <w:t>Antes de invertir otra hora en una ISO completa se fabricó un SquashFS pequeño. La prueba confirmó xattrs comprimidos, capacidades preservadas y el mismo número de enlaces current dentro y fuera. Esa práctica —probar el mecanismo a pequeña escala— se convirtió en una de las lecciones centrales del proyecto.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8. ISO 1331 y validación inicial en hardware real</w:t>
      </w:r>
    </w:p>
    <w:p>
      <w:pPr>
        <w:spacing w:after="100" w:line="259" w:lineRule="auto"/>
      </w:pPr>
      <w:r>
        <w:rPr>
          <w:rFonts w:ascii="Aptos" w:hAnsi="Aptos"/>
        </w:rPr>
        <w:t>El 31 de julio se generó la ISO 1331, que cerró la primera etapa de reparación de Snap. Fue auditada, copiada al disco de 500 GB, grabada en USB y probada en modo Live. Chromium y el resto de aplicaciones funcionaron. Posteriormente se instaló en el Lenovo y se realizaron comprobaciones de hardware. Esta ISO fue durante unos días la referencia “final” de la primera fase, antes de que el proyecto siguiera evolucionando con Calamares, doble kernel, branding y limpieza final.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5"/>
        <w:gridCol w:w="5185"/>
      </w:tblGrid>
      <w:tr>
        <w:trPr>
          <w:tblHeader w:val="true"/>
        </w:trPr>
        <w:tc>
          <w:tcPr>
            <w:tcW w:type="dxa" w:w="2835"/>
            <w:shd w:fill="1677C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Elemento</w:t>
            </w:r>
          </w:p>
        </w:tc>
        <w:tc>
          <w:tcPr>
            <w:tcW w:type="dxa" w:w="6236"/>
            <w:shd w:fill="1677C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Referencia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ISO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egg-of-ubuntu-resolute-arielo-pc-amd64-2026-07-31_1331.iso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SHA-256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b29b093d4ec3561777b88a07a82d16caf2f377fd3303ebac030abed0147e8ae5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Resultado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7"/>
              </w:rPr>
              <w:t>Live e instalación reales operativos; Snap reparado</w:t>
            </w:r>
          </w:p>
        </w:tc>
      </w:tr>
    </w:tbl>
    <w:p>
      <w:pPr>
        <w:spacing w:after="20"/>
      </w:pP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9. Wi-Fi Broadcom, cámara, Bluetooth y aprendizaje del Lenovo</w:t>
      </w:r>
    </w:p>
    <w:p>
      <w:pPr>
        <w:spacing w:after="100" w:line="259" w:lineRule="auto"/>
      </w:pPr>
      <w:r>
        <w:rPr>
          <w:rFonts w:ascii="Aptos" w:hAnsi="Aptos"/>
        </w:rPr>
        <w:t>En el Lenovo G550, el adaptador Broadcom BCM4312 [14e4:4315] se resolvió con el controlador libre b43 y su firmware. Se evitó deliberadamente broadcom-sta-dkms y bcmwl-kernel-source, que habían dado problemas de compilación con kernels modernos. Esta decisión quedó fijada como política para ese equipo.</w:t>
      </w:r>
    </w:p>
    <w:p>
      <w:pPr>
        <w:spacing w:after="100" w:line="259" w:lineRule="auto"/>
      </w:pPr>
      <w:r>
        <w:rPr>
          <w:rFonts w:ascii="Aptos" w:hAnsi="Aptos"/>
        </w:rPr>
        <w:t>La Lenovo EasyCamera [064e:a127] fue reconocida como UVC 1.00 mediante uvcvideo, sin requerir firmware específico. En cambio, el Bluetooth no apareció como hardware en lsusb, rfkill ni /sys/class/bluetooth; por ello no se trató como un problema de la ISO sino como ausencia, desconexión o fallo del módulo físico.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10. Manual de Arielo OS y migración a ruta global</w:t>
      </w:r>
    </w:p>
    <w:p>
      <w:pPr>
        <w:spacing w:after="100" w:line="259" w:lineRule="auto"/>
      </w:pPr>
      <w:r>
        <w:rPr>
          <w:rFonts w:ascii="Aptos" w:hAnsi="Aptos"/>
        </w:rPr>
        <w:t>El primer diseño del manual dependía de archivos guardados bajo /home/arielo/Documentos. Como la política de remasterización excluía la carpeta personal para no distribuir datos del creador, el lanzador quedaba presente pero el contenido no. La solución definitiva fue mover la fuente a /usr/local/share/arielo-os/manual/.</w:t>
      </w:r>
    </w:p>
    <w:p>
      <w:pPr>
        <w:spacing w:after="100" w:line="259" w:lineRule="auto"/>
      </w:pPr>
      <w:r>
        <w:rPr>
          <w:rFonts w:ascii="Aptos" w:hAnsi="Aptos"/>
        </w:rPr>
        <w:t>El lanzador final /usr/local/bin/arielo-manual copia el manual a la carpeta Documentos del usuario que lo ejecuta y luego abre esa copia. De esta forma Chromium recibe un archivo local accesible y el contenido funciona tanto en Live como en instalaciones nuevas.</w:t>
      </w:r>
    </w:p>
    <w:p>
      <w:r>
        <w:br w:type="page"/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11. Segunda etapa: evolución de la fábrica Arielo OS 01A</w:t>
      </w:r>
    </w:p>
    <w:p>
      <w:pPr>
        <w:spacing w:after="100" w:line="259" w:lineRule="auto"/>
      </w:pPr>
      <w:r>
        <w:rPr>
          <w:rFonts w:ascii="Aptos" w:hAnsi="Aptos"/>
        </w:rPr>
        <w:t>A comienzos de agosto el proyecto entró en una segunda etapa más profunda. Ya no bastaba con que la ISO arrancara y Snap funcionara: el objetivo pasó a ser que la imagen se instalara de forma profesional, conservara la sesión ArieloOS, ofreciera un GRUB limpio, mostrara branding propio en Calamares y permitiera arrancar también con el kernel antiguo necesario para el AcePC T11.</w:t>
      </w:r>
    </w:p>
    <w:p>
      <w:pPr>
        <w:spacing w:after="100" w:line="259" w:lineRule="auto"/>
      </w:pPr>
      <w:r>
        <w:rPr>
          <w:rFonts w:ascii="Aptos" w:hAnsi="Aptos"/>
        </w:rPr>
        <w:t>Durante esta etapa el kernel principal de fábrica evolucionó de 7.0.0-28-generic a 7.0.0-29-generic. El kernel 7.0.0-14-generic se conservó de forma explícita como alternativa de compatibilidad. El sistema maestro quedó identificado como Arielo OS 01A, VARIANT “Arielo OS LXQt Edition” y BUILD_ID=01A.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12. Calamares 3.3.14 y el problema de particionado</w:t>
      </w:r>
    </w:p>
    <w:p>
      <w:pPr>
        <w:spacing w:after="100" w:line="259" w:lineRule="auto"/>
      </w:pPr>
      <w:r>
        <w:rPr>
          <w:rFonts w:ascii="Aptos" w:hAnsi="Aptos"/>
        </w:rPr>
        <w:t>El instalador que presenta la interfaz gráfica es Calamares 3.3.14, pero su configuración es generada dinámicamente por coa. La orden “Instalar Arielo OS” termina ejecutando coa sysinstall calamares, que genera /etc/penguins-eggs.d/installer.d y lanza el binario real de Calamares.</w:t>
      </w:r>
    </w:p>
    <w:p>
      <w:pPr>
        <w:spacing w:after="100" w:line="259" w:lineRule="auto"/>
      </w:pPr>
      <w:r>
        <w:rPr>
          <w:rFonts w:ascii="Aptos" w:hAnsi="Aptos"/>
        </w:rPr>
        <w:t>El fallo más visible aparecía al seleccionar “Borrar el disco”: Calamares mostraba el disco de origen pero la columna “Después” quedaba vacía o como espacio libre. En particionado manual se podía asignar / correctamente, lo que apuntó a una configuración de layout ausente, no a un fallo del módulo de particiones.</w:t>
      </w:r>
    </w:p>
    <w:p>
      <w:pPr>
        <w:spacing w:after="100" w:line="259" w:lineRule="auto"/>
      </w:pPr>
      <w:r>
        <w:rPr>
          <w:rFonts w:ascii="Aptos" w:hAnsi="Aptos"/>
        </w:rPr>
        <w:t>El rastreo de archivos reveló que coa generaba installer.d/modules/partition.conf y luego una fuente personalizada podía sobrescribirla. Para hacer la corrección robusta se utilizó el wrapper /usr/local/bin/calamares: después de que coa generara los módulos, el wrapper añade partitionLayout si no existe un bloque activo.</w:t>
      </w:r>
    </w:p>
    <w:p>
      <w:pPr>
        <w:spacing w:before="60" w:after="100"/>
        <w:ind w:left="340" w:right="170"/>
        <w:shd w:fill="F3F6F8"/>
      </w:pPr>
      <w:r>
        <w:rPr>
          <w:rFonts w:ascii="Liberation Mono" w:hAnsi="Liberation Mono"/>
          <w:color w:val="263746"/>
          <w:sz w:val="16"/>
        </w:rPr>
        <w:t>partitionLayout:</w:t>
        <w:br/>
        <w:t xml:space="preserve">    - name: "rootfs"</w:t>
        <w:br/>
        <w:t xml:space="preserve">      filesystem: "ext4"</w:t>
        <w:br/>
        <w:t xml:space="preserve">      mountPoint: "/"</w:t>
        <w:br/>
        <w:t xml:space="preserve">      size: 100%</w:t>
      </w:r>
    </w:p>
    <w:p>
      <w:pPr>
        <w:spacing w:after="100" w:line="259" w:lineRule="auto"/>
      </w:pPr>
      <w:r>
        <w:rPr>
          <w:rFonts w:ascii="Aptos" w:hAnsi="Aptos"/>
        </w:rPr>
        <w:t>La solución se probó primero con un installer.d temporal y luego en una instalación completa. El resultado fue correcto: las opciones de particionado mostraban el estado “antes/después”, la instalación terminaba sin errores y el sistema arrancaba desde el disco.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13. Doble kernel: 7.0.0-29 normal y 7.0.0-14 de compatibilidad</w:t>
      </w:r>
    </w:p>
    <w:p>
      <w:pPr>
        <w:spacing w:after="100" w:line="259" w:lineRule="auto"/>
      </w:pPr>
      <w:r>
        <w:rPr>
          <w:rFonts w:ascii="Aptos" w:hAnsi="Aptos"/>
        </w:rPr>
        <w:t>El AcePC T11 necesitaba conservar el kernel 7.0.0-14. En vez de degradar todo el sistema, se diseñó una ISO con dos kernels: el 29 como opción normal y el 14 como ruta de compatibilidad.</w:t>
      </w:r>
    </w:p>
    <w:p>
      <w:pPr>
        <w:spacing w:after="100" w:line="259" w:lineRule="auto"/>
      </w:pPr>
      <w:r>
        <w:rPr>
          <w:rFonts w:ascii="Aptos" w:hAnsi="Aptos"/>
        </w:rPr>
        <w:t>La plantilla base.yaml.tmpl recibió una tarea adicional, copy-arielo-compat14, que copia vmlinuz e initrd del 14 a /live/vmlinuz-14 y /live/initrd-14.img. El generador de menús crea entradas equivalentes en GRUB e ISOLINUX y añade el marcador arielo_compat14=1 a la línea del kernel 14.</w:t>
      </w:r>
    </w:p>
    <w:p>
      <w:pPr>
        <w:spacing w:before="60" w:after="100"/>
        <w:ind w:left="340" w:right="170"/>
        <w:shd w:fill="F3F6F8"/>
      </w:pPr>
      <w:r>
        <w:rPr>
          <w:rFonts w:ascii="Liberation Mono" w:hAnsi="Liberation Mono"/>
          <w:color w:val="263746"/>
          <w:sz w:val="16"/>
        </w:rPr>
        <w:t>Arielo OS 01A - Kernel normal</w:t>
        <w:br/>
        <w:t>Arielo OS 01A - Compatibilidad AcePC T11 (7.0.0-14)</w:t>
      </w:r>
    </w:p>
    <w:p>
      <w:pPr>
        <w:spacing w:after="100" w:line="259" w:lineRule="auto"/>
      </w:pPr>
      <w:r>
        <w:rPr>
          <w:rFonts w:ascii="Aptos" w:hAnsi="Aptos"/>
        </w:rPr>
        <w:t>La ISO 1604 contiene ambos vmlinuz exactamente iguales a sus originales del maestro, comprobados byte a byte con sudo cmp. La ruta normal con kernel 29 fue validada físicamente de principio a fin. La instalación iniciada específicamente con el kernel 14 quedó reservada como prueba adicional posterior; no se considera un fallo pendiente, sino una validación específica de compatibilidad.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14. GRUB e ISOLINUX: identidad Arielo y fondo de arranque</w:t>
      </w:r>
    </w:p>
    <w:p>
      <w:pPr>
        <w:spacing w:after="100" w:line="259" w:lineRule="auto"/>
      </w:pPr>
      <w:r>
        <w:rPr>
          <w:rFonts w:ascii="Aptos" w:hAnsi="Aptos"/>
        </w:rPr>
        <w:t>Los primeros menús todavía mostraban texto heredado de penguins-eggs (“Chick of Arielo OS”, entradas RAM y cabeceras de Penguins). Se rehízo generate-menus.sh para producir un menú limpio: “Iniciar Arielo OS 01A” y un submenú de opciones avanzadas con los dos kernels. Se eliminó el modo RAM porque no formaba parte de la experiencia prevista.</w:t>
      </w:r>
    </w:p>
    <w:p>
      <w:pPr>
        <w:spacing w:after="100" w:line="259" w:lineRule="auto"/>
      </w:pPr>
      <w:r>
        <w:rPr>
          <w:rFonts w:ascii="Aptos" w:hAnsi="Aptos"/>
        </w:rPr>
        <w:t>El fondo de GRUB fue otro caso en que el hardware aportó la pista decisiva. La imagen 1680×1050 aparecía en el AcePC conectado a un televisor de 49 pulgadas, pero no en el Lenovo. Eso demostraba que background_image y gfxterm funcionaban; el problema era de compatibilidad de modo/resolución. Se mantuvo gfxmode=auto y se cambió solamente el PNG a 640×480, centrado y sin deformación.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EAF4FB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color w:val="1677C8"/>
                <w:sz w:val="20"/>
              </w:rPr>
              <w:t xml:space="preserve">Resultado final de GRUB:  </w:t>
            </w:r>
            <w:r>
              <w:rPr>
                <w:rFonts w:ascii="Aptos" w:hAnsi="Aptos"/>
                <w:color w:val="15324A"/>
                <w:sz w:val="18"/>
              </w:rPr>
              <w:t>splash.png 640×480 RGB, gfxmode=auto, insmod gfxterm_background y background_image /boot/grub/splash.png. Probado físicamente: la imagen aparece bien centrada y sin deformar el dibujo. Esta configuración queda con CANDADO DE ORO.</w:t>
            </w:r>
          </w:p>
        </w:tc>
      </w:tr>
    </w:tbl>
    <w:p>
      <w:pPr>
        <w:spacing w:after="20"/>
      </w:pPr>
    </w:p>
    <w:p>
      <w:pPr>
        <w:spacing w:after="100" w:line="259" w:lineRule="auto"/>
      </w:pPr>
      <w:r>
        <w:rPr>
          <w:rFonts w:ascii="Aptos" w:hAnsi="Aptos"/>
        </w:rPr>
        <w:t>El hash del splash final es d721172ff095c6145199729b5ec2bb315c1739a12306feb84d0878f77abf2e19.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15. El instalador Live que no abría: diagnóstico de sudoers</w:t>
      </w:r>
    </w:p>
    <w:p>
      <w:pPr>
        <w:spacing w:after="100" w:line="259" w:lineRule="auto"/>
      </w:pPr>
      <w:r>
        <w:rPr>
          <w:rFonts w:ascii="Aptos" w:hAnsi="Aptos"/>
        </w:rPr>
        <w:t>En la ISO 0022 el acceso directo “Instalar Arielo OS” se ejecutaba, pero parecía no hacer nada. Un wrapper de diagnóstico demostró que la orden llegaba al usuario live con DISPLAY correcto; el verdadero mensaje era “sudo: interactive authentication is required”.</w:t>
      </w:r>
    </w:p>
    <w:p>
      <w:pPr>
        <w:spacing w:after="100" w:line="259" w:lineRule="auto"/>
      </w:pPr>
      <w:r>
        <w:rPr>
          <w:rFonts w:ascii="Aptos" w:hAnsi="Aptos"/>
        </w:rPr>
        <w:t>La causa era el orden de sudoers. /etc/sudoers.d/00-live concedía NOPASSWD, pero /etc/sudoers.d/10-installer contenía “%sudo ALL=(ALL) ALL” y, al cargarse después, volvía a exigir contraseña al usuario live, miembro del grupo sudo.</w:t>
      </w:r>
    </w:p>
    <w:p>
      <w:pPr>
        <w:spacing w:after="100" w:line="259" w:lineRule="auto"/>
      </w:pPr>
      <w:r>
        <w:rPr>
          <w:rFonts w:ascii="Aptos" w:hAnsi="Aptos"/>
        </w:rPr>
        <w:t>La solución permanente fue crear una regla final y específica, sin abrir privilegios generales a los usuarios instalados:</w:t>
      </w:r>
    </w:p>
    <w:p>
      <w:pPr>
        <w:spacing w:before="60" w:after="100"/>
        <w:ind w:left="340" w:right="170"/>
        <w:shd w:fill="F3F6F8"/>
      </w:pPr>
      <w:r>
        <w:rPr>
          <w:rFonts w:ascii="Liberation Mono" w:hAnsi="Liberation Mono"/>
          <w:color w:val="263746"/>
          <w:sz w:val="16"/>
        </w:rPr>
        <w:t>/etc/sudoers.d/99-arielo-live</w:t>
        <w:br/>
        <w:t>live ALL=(ALL:ALL) NOPASSWD: ALL</w:t>
      </w:r>
    </w:p>
    <w:p>
      <w:pPr>
        <w:spacing w:after="100" w:line="259" w:lineRule="auto"/>
      </w:pPr>
      <w:r>
        <w:rPr>
          <w:rFonts w:ascii="Aptos" w:hAnsi="Aptos"/>
        </w:rPr>
        <w:t>Probado en Live con sudo -k, sudo -n true pasó correctamente y el acceso directo abrió Calamares. Esta regla entra en el Live desde base.yaml.tmpl y no convierte a los usuarios normales del sistema instalado en usuarios sudo sin contraseña.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16. Sesión instalada LXQt frente a ArieloOS: causa y solución</w:t>
      </w:r>
    </w:p>
    <w:p>
      <w:pPr>
        <w:spacing w:after="100" w:line="259" w:lineRule="auto"/>
      </w:pPr>
      <w:r>
        <w:rPr>
          <w:rFonts w:ascii="Aptos" w:hAnsi="Aptos"/>
        </w:rPr>
        <w:t>Una instalación completa realizada en el HDD de laboratorio terminó sin errores, pero el primer arranque entró en la sesión genérica LXQt. Incluso después de seleccionar ArieloOS manualmente, SDDM volvía a lxqt en el siguiente reinicio.</w:t>
      </w:r>
    </w:p>
    <w:p>
      <w:pPr>
        <w:spacing w:after="100" w:line="259" w:lineRule="auto"/>
      </w:pPr>
      <w:r>
        <w:rPr>
          <w:rFonts w:ascii="Aptos" w:hAnsi="Aptos"/>
        </w:rPr>
        <w:t>La fábrica ya tenía /etc/sddm.conf con Session=ArieloOS; por tanto no era un problema del maestro. Calamares, al no recibir defaultDesktopEnvironment, detectaba automáticamente los escritorios instalados y elegía lxqt. La solución correcta fue usar el mecanismo oficial del módulo displaymanager, inyectado desde el wrapper de Calamares:</w:t>
      </w:r>
    </w:p>
    <w:p>
      <w:pPr>
        <w:spacing w:before="60" w:after="100"/>
        <w:ind w:left="340" w:right="170"/>
        <w:shd w:fill="F3F6F8"/>
      </w:pPr>
      <w:r>
        <w:rPr>
          <w:rFonts w:ascii="Liberation Mono" w:hAnsi="Liberation Mono"/>
          <w:color w:val="263746"/>
          <w:sz w:val="16"/>
        </w:rPr>
        <w:t>defaultDesktopEnvironment:</w:t>
        <w:br/>
        <w:t xml:space="preserve">    executable: "/usr/bin/startlxqt"</w:t>
        <w:br/>
        <w:t xml:space="preserve">    desktopFile: "ArieloOS"</w:t>
      </w:r>
    </w:p>
    <w:p>
      <w:pPr>
        <w:spacing w:after="100" w:line="259" w:lineRule="auto"/>
      </w:pPr>
      <w:r>
        <w:rPr>
          <w:rFonts w:ascii="Aptos" w:hAnsi="Aptos"/>
        </w:rPr>
        <w:t>La prueba temporal confirmó que el wrapper añadía el bloque. En el sistema instalado de laboratorio, cambiar Session=ArieloOS hizo que DESKTOP_SESSION=ArieloOS después del reinicio. La ISO 1604 incorpora ya esta corrección de forma automática.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17. Branding final del instalador</w:t>
      </w:r>
    </w:p>
    <w:p>
      <w:pPr>
        <w:spacing w:after="100" w:line="259" w:lineRule="auto"/>
      </w:pPr>
      <w:r>
        <w:rPr>
          <w:rFonts w:ascii="Aptos" w:hAnsi="Aptos"/>
        </w:rPr>
        <w:t>La personalización del instalador se mantuvo en dos ubicaciones sincronizadas: un maestro de fábrica y el overlay que entra en la ISO. Los assets incluyen arielo-os.png, welcome.png, show.qml y tres diapositivas. El directorio maestro de branding está excluido de la ISO para evitar duplicaciones.</w:t>
      </w:r>
    </w:p>
    <w:p>
      <w:pPr>
        <w:spacing w:after="100" w:line="259" w:lineRule="auto"/>
      </w:pPr>
      <w:r>
        <w:rPr>
          <w:rFonts w:ascii="Aptos" w:hAnsi="Aptos"/>
        </w:rPr>
        <w:t>Para eliminar la referencia visible a Calamares se fijó welcomeStyleCalamares: false y productName: "Arielo OS". De este modo la interfaz utiliza el nombre Arielo OS en la barra y en la bienvenida, conservando 01A en los campos de versión y versionedName.</w:t>
      </w:r>
    </w:p>
    <w:p>
      <w:pPr>
        <w:spacing w:before="60" w:after="100"/>
        <w:ind w:left="340" w:right="170"/>
        <w:shd w:fill="F3F6F8"/>
      </w:pPr>
      <w:r>
        <w:rPr>
          <w:rFonts w:ascii="Liberation Mono" w:hAnsi="Liberation Mono"/>
          <w:color w:val="263746"/>
          <w:sz w:val="16"/>
        </w:rPr>
        <w:t>welcomeStyleCalamares: false</w:t>
        <w:br/>
        <w:t>strings:</w:t>
        <w:br/>
        <w:t xml:space="preserve">    productName: "Arielo OS"</w:t>
        <w:br/>
        <w:t xml:space="preserve">    shortProductName: "Arielo OS"</w:t>
        <w:br/>
        <w:t xml:space="preserve">    version: "01A"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18. Limpieza de backups históricos y contaminación de liveroot</w:t>
      </w:r>
    </w:p>
    <w:p>
      <w:pPr>
        <w:spacing w:after="100" w:line="259" w:lineRule="auto"/>
      </w:pPr>
      <w:r>
        <w:rPr>
          <w:rFonts w:ascii="Aptos" w:hAnsi="Aptos"/>
        </w:rPr>
        <w:t>Antes del cierre final se decidió que la ISO no debía contener los numerosos archivos *.antes-* creados durante el desarrollo. Primero se archivaron en /root/ARIELO_BACKUPS_NO_ISO, carpeta excluida explícitamente del SquashFS. Después se eliminaron las copias históricas de /etc/penguins-eggs.d, /usr/local/bin y /usr/local/sbin.</w:t>
      </w:r>
    </w:p>
    <w:p>
      <w:pPr>
        <w:spacing w:after="100" w:line="259" w:lineRule="auto"/>
      </w:pPr>
      <w:r>
        <w:rPr>
          <w:rFonts w:ascii="Aptos" w:hAnsi="Aptos"/>
        </w:rPr>
        <w:t>La ISO 1337 demostró que aquello no era suficiente: dentro del SquashFS reaparecieron quince backups que ya no estaban en el maestro. La investigación encontró los archivos en /home/eggs/liveroot, residuo de fabricaciones anteriores. Se archivaron y se vaciaron liveroot, .overlay e isodir con la garantía previa de que no había montajes activos.</w:t>
      </w:r>
    </w:p>
    <w:p>
      <w:pPr>
        <w:spacing w:after="100" w:line="259" w:lineRule="auto"/>
      </w:pPr>
      <w:r>
        <w:rPr>
          <w:rFonts w:ascii="Aptos" w:hAnsi="Aptos"/>
        </w:rPr>
        <w:t>La ISO 1453 eliminó esos quince fantasmas, pero todavía mostró cuatro archivos: tres initrd antiguos bajo /boot y /etc/fstab.antes-del-clon. Esta vez el origen era el maestro real, que no había sido incluido en la búsqueda anterior. Se copiaron a la caja fuerte, se retiraron del sistema activo y se volvió a limpiar todo el staging.</w:t>
      </w:r>
    </w:p>
    <w:p>
      <w:pPr>
        <w:spacing w:after="100" w:line="259" w:lineRule="auto"/>
      </w:pPr>
      <w:r>
        <w:rPr>
          <w:rFonts w:ascii="Aptos" w:hAnsi="Aptos"/>
        </w:rPr>
        <w:t>La siguiente fabricación, 1604, fue la primera en nacer con las dos fuentes de contaminación limpias a la vez: maestro limpio + staging limpio. La auditoría global del SquashFS encontró cero archivos históricos.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19. Cronología de ISOs y qué aportó cada una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tblHeader w:val="true"/>
        </w:trPr>
        <w:tc>
          <w:tcPr>
            <w:tcW w:type="dxa" w:w="1814"/>
            <w:shd w:fill="1677C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ISO / fecha</w:t>
            </w:r>
          </w:p>
        </w:tc>
        <w:tc>
          <w:tcPr>
            <w:tcW w:type="dxa" w:w="1304"/>
            <w:shd w:fill="1677C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Tamaño</w:t>
            </w:r>
          </w:p>
        </w:tc>
        <w:tc>
          <w:tcPr>
            <w:tcW w:type="dxa" w:w="2381"/>
            <w:shd w:fill="1677C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SHA-256 abreviado</w:t>
            </w:r>
          </w:p>
        </w:tc>
        <w:tc>
          <w:tcPr>
            <w:tcW w:type="dxa" w:w="3742"/>
            <w:shd w:fill="1677C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Papel en la evolución</w:t>
            </w:r>
          </w:p>
        </w:tc>
      </w:tr>
      <w:tr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2026-07-30 2040</w:t>
            </w:r>
          </w:p>
        </w:tc>
        <w:tc>
          <w:tcPr>
            <w:tcW w:type="dxa" w:w="130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8.2 GiB aprox.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0673cbbf…b26fab</w:t>
            </w:r>
          </w:p>
        </w:tc>
        <w:tc>
          <w:tcPr>
            <w:tcW w:type="dxa" w:w="374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Piloto; reveló problemas de Snap tras instalar.</w:t>
            </w:r>
          </w:p>
        </w:tc>
      </w:tr>
      <w:tr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2026-07-31 1147</w:t>
            </w:r>
          </w:p>
        </w:tc>
        <w:tc>
          <w:tcPr>
            <w:tcW w:type="dxa" w:w="1304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—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—</w:t>
            </w:r>
          </w:p>
        </w:tc>
        <w:tc>
          <w:tcPr>
            <w:tcW w:type="dxa" w:w="374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xattrs corregidos, pero /snap incompleto; etapa intermedia.</w:t>
            </w:r>
          </w:p>
        </w:tc>
      </w:tr>
      <w:tr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2026-07-31 1331</w:t>
            </w:r>
          </w:p>
        </w:tc>
        <w:tc>
          <w:tcPr>
            <w:tcW w:type="dxa" w:w="130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—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b29b093d…7e8ae5</w:t>
            </w:r>
          </w:p>
        </w:tc>
        <w:tc>
          <w:tcPr>
            <w:tcW w:type="dxa" w:w="374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Primera etapa cerrada: Snap funcional, Live e instalación real.</w:t>
            </w:r>
          </w:p>
        </w:tc>
      </w:tr>
      <w:tr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2026-08-08 1228</w:t>
            </w:r>
          </w:p>
        </w:tc>
        <w:tc>
          <w:tcPr>
            <w:tcW w:type="dxa" w:w="1304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8.4 GiB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8e50d753…2e440b</w:t>
            </w:r>
          </w:p>
        </w:tc>
        <w:tc>
          <w:tcPr>
            <w:tcW w:type="dxa" w:w="374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Radiografía profunda; todavía menú Penguins, kernel 28 y restos de históricos.</w:t>
            </w:r>
          </w:p>
        </w:tc>
      </w:tr>
      <w:tr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2026-08-09 1251</w:t>
            </w:r>
          </w:p>
        </w:tc>
        <w:tc>
          <w:tcPr>
            <w:tcW w:type="dxa" w:w="130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—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94457a24…e818e</w:t>
            </w:r>
          </w:p>
        </w:tc>
        <w:tc>
          <w:tcPr>
            <w:tcW w:type="dxa" w:w="374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Instalación física muy buena; referencia previa a últimos arreglos.</w:t>
            </w:r>
          </w:p>
        </w:tc>
      </w:tr>
      <w:tr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2026-08-09 2053</w:t>
            </w:r>
          </w:p>
        </w:tc>
        <w:tc>
          <w:tcPr>
            <w:tcW w:type="dxa" w:w="1304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—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—</w:t>
            </w:r>
          </w:p>
        </w:tc>
        <w:tc>
          <w:tcPr>
            <w:tcW w:type="dxa" w:w="374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Candidata de pruebas; siguieron pendientes Calamares/launcher/sesión.</w:t>
            </w:r>
          </w:p>
        </w:tc>
      </w:tr>
      <w:tr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2026-08-10 0022</w:t>
            </w:r>
          </w:p>
        </w:tc>
        <w:tc>
          <w:tcPr>
            <w:tcW w:type="dxa" w:w="130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9.29 GiB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3351e822…146d3</w:t>
            </w:r>
          </w:p>
        </w:tc>
        <w:tc>
          <w:tcPr>
            <w:tcW w:type="dxa" w:w="374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Auditoría casi perfecta; descubrió sudo Live y sesión instalada LXQt.</w:t>
            </w:r>
          </w:p>
        </w:tc>
      </w:tr>
      <w:tr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2026-08-10 1337</w:t>
            </w:r>
          </w:p>
        </w:tc>
        <w:tc>
          <w:tcPr>
            <w:tcW w:type="dxa" w:w="1304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9.29 GiB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30518ac7…17b25d</w:t>
            </w:r>
          </w:p>
        </w:tc>
        <w:tc>
          <w:tcPr>
            <w:tcW w:type="dxa" w:w="374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Incluyó fixes finales, pero staging arrastró backups históricos.</w:t>
            </w:r>
          </w:p>
        </w:tc>
      </w:tr>
      <w:tr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2026-08-10 1453</w:t>
            </w:r>
          </w:p>
        </w:tc>
        <w:tc>
          <w:tcPr>
            <w:tcW w:type="dxa" w:w="130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9.29 GiB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a011a586…628d8</w:t>
            </w:r>
          </w:p>
        </w:tc>
        <w:tc>
          <w:tcPr>
            <w:tcW w:type="dxa" w:w="374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Liveroot limpio; quedaron 4 históricos reales en /boot y /etc.</w:t>
            </w:r>
          </w:p>
        </w:tc>
      </w:tr>
      <w:tr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2026-08-10 1604</w:t>
            </w:r>
          </w:p>
        </w:tc>
        <w:tc>
          <w:tcPr>
            <w:tcW w:type="dxa" w:w="1304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9.17 GiB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1795c09e…79ea2</w:t>
            </w:r>
          </w:p>
        </w:tc>
        <w:tc>
          <w:tcPr>
            <w:tcW w:type="dxa" w:w="374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5"/>
              </w:rPr>
              <w:t>Maestro + staging limpios; auditoría y prueba física completas.</w:t>
            </w:r>
          </w:p>
        </w:tc>
      </w:tr>
    </w:tbl>
    <w:p>
      <w:pPr>
        <w:spacing w:after="20"/>
      </w:pPr>
    </w:p>
    <w:p>
      <w:pPr>
        <w:spacing w:after="100" w:line="259" w:lineRule="auto"/>
      </w:pPr>
      <w:r>
        <w:rPr>
          <w:rFonts w:ascii="Aptos" w:hAnsi="Aptos"/>
        </w:rPr>
        <w:t>La reducción de 9.29 GiB a 9.17 GiB en la 1604 fue coherente con la eliminación final de residuos. Más importante que el tamaño fue la auditoría global: cero backups históricos en todo el SquashFS.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20. ISO 1604: auditoría digital completa</w:t>
      </w:r>
    </w:p>
    <w:p>
      <w:pPr>
        <w:spacing w:after="100" w:line="259" w:lineRule="auto"/>
      </w:pPr>
      <w:r>
        <w:rPr>
          <w:rFonts w:ascii="Aptos" w:hAnsi="Aptos"/>
        </w:rPr>
        <w:t>La ISO 1604 fue generada con 24 éxitos y 0 errores. El primer intento de auditoría falló porque sudo agotó el tiempo antes de crear los puntos de montaje; los resultados negativos posteriores eran, por tanto, falsos. La auditoría se repitió con autenticación previa y controles que detenían el proceso si el montaje no se realizaba.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5"/>
        <w:gridCol w:w="5185"/>
      </w:tblGrid>
      <w:tr>
        <w:trPr>
          <w:tblHeader w:val="true"/>
        </w:trPr>
        <w:tc>
          <w:tcPr>
            <w:tcW w:type="dxa" w:w="4252"/>
            <w:shd w:fill="1677C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Control</w:t>
            </w:r>
          </w:p>
        </w:tc>
        <w:tc>
          <w:tcPr>
            <w:tcW w:type="dxa" w:w="4819"/>
            <w:shd w:fill="1677C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Resultado</w:t>
            </w:r>
          </w:p>
        </w:tc>
      </w:tr>
      <w:tr>
        <w:tc>
          <w:tcPr>
            <w:tcW w:type="dxa" w:w="425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Montaje ISO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OK</w:t>
            </w:r>
          </w:p>
        </w:tc>
      </w:tr>
      <w:tr>
        <w:tc>
          <w:tcPr>
            <w:tcW w:type="dxa" w:w="425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filesystem.squashfs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8.7 GiB, montado OK</w:t>
            </w:r>
          </w:p>
        </w:tc>
      </w:tr>
      <w:tr>
        <w:tc>
          <w:tcPr>
            <w:tcW w:type="dxa" w:w="425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Búsqueda *.antes* global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0 resultados</w:t>
            </w:r>
          </w:p>
        </w:tc>
      </w:tr>
      <w:tr>
        <w:tc>
          <w:tcPr>
            <w:tcW w:type="dxa" w:w="425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vmlinuz 7.0.0-29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EXACTO byte a byte</w:t>
            </w:r>
          </w:p>
        </w:tc>
      </w:tr>
      <w:tr>
        <w:tc>
          <w:tcPr>
            <w:tcW w:type="dxa" w:w="425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vmlinuz 7.0.0-14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EXACTO byte a byte</w:t>
            </w:r>
          </w:p>
        </w:tc>
      </w:tr>
      <w:tr>
        <w:tc>
          <w:tcPr>
            <w:tcW w:type="dxa" w:w="425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Splash GRUB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640×480 RGB; hash exacto</w:t>
            </w:r>
          </w:p>
        </w:tc>
      </w:tr>
      <w:tr>
        <w:tc>
          <w:tcPr>
            <w:tcW w:type="dxa" w:w="425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99-arielo-live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OK</w:t>
            </w:r>
          </w:p>
        </w:tc>
      </w:tr>
      <w:tr>
        <w:tc>
          <w:tcPr>
            <w:tcW w:type="dxa" w:w="425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arielo-installer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hash exacto + sintaxis OK</w:t>
            </w:r>
          </w:p>
        </w:tc>
      </w:tr>
      <w:tr>
        <w:tc>
          <w:tcPr>
            <w:tcW w:type="dxa" w:w="425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wrapper Calamares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hash exacto + partitionLayout + ArieloOS</w:t>
            </w:r>
          </w:p>
        </w:tc>
      </w:tr>
      <w:tr>
        <w:tc>
          <w:tcPr>
            <w:tcW w:type="dxa" w:w="425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Branding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Arielo OS, welcomeStyleCalamares=false</w:t>
            </w:r>
          </w:p>
        </w:tc>
      </w:tr>
      <w:tr>
        <w:tc>
          <w:tcPr>
            <w:tcW w:type="dxa" w:w="425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installer.d pre-generado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AUSENTE</w:t>
            </w:r>
          </w:p>
        </w:tc>
      </w:tr>
      <w:tr>
        <w:tc>
          <w:tcPr>
            <w:tcW w:type="dxa" w:w="425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Caja fuerte de backups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EXCLUIDA</w:t>
            </w:r>
          </w:p>
        </w:tc>
      </w:tr>
      <w:tr>
        <w:tc>
          <w:tcPr>
            <w:tcW w:type="dxa" w:w="425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SNAPFIX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EXCLUIDO DEL LIVE</w:t>
            </w:r>
          </w:p>
        </w:tc>
      </w:tr>
      <w:tr>
        <w:tc>
          <w:tcPr>
            <w:tcW w:type="dxa" w:w="425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Snap current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17</w:t>
            </w:r>
          </w:p>
        </w:tc>
      </w:tr>
      <w:tr>
        <w:tc>
          <w:tcPr>
            <w:tcW w:type="dxa" w:w="425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/snap/bin wrappers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34</w:t>
            </w:r>
          </w:p>
        </w:tc>
      </w:tr>
      <w:tr>
        <w:tc>
          <w:tcPr>
            <w:tcW w:type="dxa" w:w="425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snap-confine capabilities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Conservadas</w:t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EAF7EF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color w:val="1D7A46"/>
                <w:sz w:val="20"/>
              </w:rPr>
              <w:t xml:space="preserve">Huella oficial ISO 1604:  </w:t>
            </w:r>
            <w:r>
              <w:rPr>
                <w:rFonts w:ascii="Aptos" w:hAnsi="Aptos"/>
                <w:color w:val="15324A"/>
                <w:sz w:val="18"/>
              </w:rPr>
              <w:t>1795c09e3833eb597c8aadc4cb0b72e73d3983af4692cc368f51735c20d79ea2  •  9,841,803,264 bytes.</w:t>
            </w:r>
          </w:p>
        </w:tc>
      </w:tr>
    </w:tbl>
    <w:p>
      <w:pPr>
        <w:spacing w:after="20"/>
      </w:pP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21. ISO 1604: validación física de principio a fin</w:t>
      </w:r>
    </w:p>
    <w:p>
      <w:pPr>
        <w:spacing w:after="100" w:line="259" w:lineRule="auto"/>
      </w:pPr>
      <w:r>
        <w:rPr>
          <w:rFonts w:ascii="Aptos" w:hAnsi="Aptos"/>
        </w:rPr>
        <w:t>Después de la auditoría digital, la 1604 se probó físicamente. El propio registro manuscrito de pruebas resume el resultado: “OK desde el principio a fin”. La ruta normal superó auditoría, USB, arranque, fondo de GRUB, Live, aplicaciones, instalador, instalación completa, arranque del PC instalado, sesión ArieloOS y aplicaciones posteriores.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00000" cy="249257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0005708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4925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Aptos" w:hAnsi="Aptos"/>
          <w:i/>
          <w:color w:val="5A6670"/>
          <w:sz w:val="16"/>
        </w:rPr>
        <w:t>Figura 1. Hoja física de control de la ISO 1604: validación de principio a fin.</w:t>
      </w:r>
    </w:p>
    <w:p>
      <w:pPr>
        <w:spacing w:after="100" w:line="259" w:lineRule="auto"/>
      </w:pPr>
      <w:r>
        <w:rPr>
          <w:rFonts w:ascii="Aptos" w:hAnsi="Aptos"/>
        </w:rPr>
        <w:t>Durante las pruebas también quedó confirmado que el GRUB carga el splash 640×480 correctamente centrado y sin deformar el dibujo. El fondo negro y los elementos gráficos heredados de Penguins dejaron de formar parte de la experiencia final de Arielo OS.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00000" cy="249257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0005708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4925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Aptos" w:hAnsi="Aptos"/>
          <w:i/>
          <w:color w:val="5A6670"/>
          <w:sz w:val="16"/>
        </w:rPr>
        <w:t>Figura 2. Escritorio Arielo OS durante la validación física.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22. Estado “CANDADO DE ORO” y política de cambios</w:t>
      </w:r>
    </w:p>
    <w:p>
      <w:pPr>
        <w:spacing w:after="100" w:line="259" w:lineRule="auto"/>
      </w:pPr>
      <w:r>
        <w:rPr>
          <w:rFonts w:ascii="Aptos" w:hAnsi="Aptos"/>
        </w:rPr>
        <w:t>Tras la prueba completa, la ISO 1604 quedó declarada cerrada con CANDADO DE ORO. La expresión es deliberada: no “candado dorado”. En la terminología interna del proyecto, una versión con candado de oro no se modifica por curiosidad ni por estética; solo se reabre si aparece un bug real y reproducible.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FFF7D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color w:val="B8860B"/>
                <w:sz w:val="20"/>
              </w:rPr>
              <w:t xml:space="preserve">CANDADO DE ORO:  </w:t>
            </w:r>
            <w:r>
              <w:rPr>
                <w:rFonts w:ascii="Aptos" w:hAnsi="Aptos"/>
                <w:color w:val="15324A"/>
                <w:sz w:val="18"/>
              </w:rPr>
              <w:t>ARIELO OS 01A 64-bit — ISO 1604 — VALIDADA Y CERRADA. La configuración de GRUB, el splash 640×480, SNAPFIX, los dos kernels, la sesión ArieloOS y los fixes de Calamares quedan congelados mientras las pruebas no demuestren un defecto.</w:t>
            </w:r>
          </w:p>
        </w:tc>
      </w:tr>
    </w:tbl>
    <w:p>
      <w:pPr>
        <w:spacing w:after="20"/>
      </w:pPr>
    </w:p>
    <w:p>
      <w:pPr>
        <w:spacing w:after="100" w:line="259" w:lineRule="auto"/>
      </w:pPr>
      <w:r>
        <w:rPr>
          <w:rFonts w:ascii="Aptos" w:hAnsi="Aptos"/>
        </w:rPr>
        <w:t>La ISO 1604 ya se está respaldando externamente junto con su SHA-256. Cualquier copia puede comprobarse con la huella oficial para garantizar que sigue siendo exactamente la imagen validada.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23. Betatesting local y siguientes pasos</w:t>
      </w:r>
    </w:p>
    <w:p>
      <w:pPr>
        <w:spacing w:after="100" w:line="259" w:lineRule="auto"/>
      </w:pPr>
      <w:r>
        <w:rPr>
          <w:rFonts w:ascii="Aptos" w:hAnsi="Aptos"/>
        </w:rPr>
        <w:t>Después de la validación interna se preparó un USB nuevo dedicado a un betatester local especializado en informática. La intención es que revise el sistema “de punta a cabo” con ojos nuevos, sin depender del conocimiento adquirido durante el desarrollo. Esta revisión externa no reabre automáticamente el candado: cualquier observación debe poder reproducirse y clasificarse como bug real antes de modificar la ISO.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Arranque en distintos modos y equipos cuando sea posible.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Live: red, audio, vídeo, suspensión, reinicio y periféricos.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Instalación automática y manual.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Aplicaciones Arielo, Chromium y Snap.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Actualizaciones y uso diario.</w:t>
      </w:r>
    </w:p>
    <w:p>
      <w:pPr>
        <w:pStyle w:val="ListBullet"/>
        <w:spacing w:after="40" w:line="245" w:lineRule="auto"/>
      </w:pPr>
      <w:r>
        <w:rPr>
          <w:rFonts w:ascii="Aptos" w:hAnsi="Aptos"/>
        </w:rPr>
        <w:t>Anotación de comportamientos extraños aunque no bloqueen el sistema.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24. Posible futura edición Arielo OS Base/Core</w:t>
      </w:r>
    </w:p>
    <w:p>
      <w:pPr>
        <w:spacing w:after="100" w:line="259" w:lineRule="auto"/>
      </w:pPr>
      <w:r>
        <w:rPr>
          <w:rFonts w:ascii="Aptos" w:hAnsi="Aptos"/>
        </w:rPr>
        <w:t>Una vez que la 1604 complete un periodo de pruebas suficientemente largo, se contempla crear una segunda variante basada en la misma fábrica validada: un sistema base sin Arielo Apps adicionales y con un único perfil Arielo, destinado a quien quiera partir de Arielo OS como plataforma limpia.</w:t>
      </w:r>
    </w:p>
    <w:p>
      <w:pPr>
        <w:spacing w:after="100" w:line="259" w:lineRule="auto"/>
      </w:pPr>
      <w:r>
        <w:rPr>
          <w:rFonts w:ascii="Aptos" w:hAnsi="Aptos"/>
        </w:rPr>
        <w:t>La idea es separar claramente productos: la edición completa 1604 permanecería intacta, mientras la futura Base/Core se construiría a partir de una copia de la fábrica. El objetivo no es “aligerar” la versión completa ni reemplazarla, sino disponer de un chasis limpio para futuras derivaciones.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EAF4FB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color w:val="1677C8"/>
                <w:sz w:val="20"/>
              </w:rPr>
              <w:t xml:space="preserve">Importante:  </w:t>
            </w:r>
            <w:r>
              <w:rPr>
                <w:rFonts w:ascii="Aptos" w:hAnsi="Aptos"/>
                <w:color w:val="15324A"/>
                <w:sz w:val="18"/>
              </w:rPr>
              <w:t>La edición Base/Core es una idea posterior al cierre de la 1604. No forma parte de la ISO 1604 ni debe mezclarse con su validación.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Apéndice A. Rutas y archivos críticos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5"/>
        <w:gridCol w:w="5185"/>
      </w:tblGrid>
      <w:tr>
        <w:trPr>
          <w:tblHeader w:val="true"/>
        </w:trPr>
        <w:tc>
          <w:tcPr>
            <w:tcW w:type="dxa" w:w="3969"/>
            <w:shd w:fill="1677C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Ruta</w:t>
            </w:r>
          </w:p>
        </w:tc>
        <w:tc>
          <w:tcPr>
            <w:tcW w:type="dxa" w:w="5102"/>
            <w:shd w:fill="1677C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Función</w:t>
            </w:r>
          </w:p>
        </w:tc>
      </w:tr>
      <w:tr>
        <w:tc>
          <w:tcPr>
            <w:tcW w:type="dxa" w:w="396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/usr/local/sbin/mksquashfs</w:t>
            </w:r>
          </w:p>
        </w:tc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SNAPFIX de fabricación; excluido del Live.</w:t>
            </w:r>
          </w:p>
        </w:tc>
      </w:tr>
      <w:tr>
        <w:tc>
          <w:tcPr>
            <w:tcW w:type="dxa" w:w="3969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/usr/local/bin/arielo-installer</w:t>
            </w:r>
          </w:p>
        </w:tc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Lanzador Live; usa sudo -n y coa sysinstall calamares.</w:t>
            </w:r>
          </w:p>
        </w:tc>
      </w:tr>
      <w:tr>
        <w:tc>
          <w:tcPr>
            <w:tcW w:type="dxa" w:w="396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/usr/local/bin/calamares</w:t>
            </w:r>
          </w:p>
        </w:tc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Wrapper: partitionLayout + defaultDesktopEnvironment.</w:t>
            </w:r>
          </w:p>
        </w:tc>
      </w:tr>
      <w:tr>
        <w:tc>
          <w:tcPr>
            <w:tcW w:type="dxa" w:w="3969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/usr/share/xsessions/ArieloOS.desktop</w:t>
            </w:r>
          </w:p>
        </w:tc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Sesión Arielo OS basada en startlxqt.</w:t>
            </w:r>
          </w:p>
        </w:tc>
      </w:tr>
      <w:tr>
        <w:tc>
          <w:tcPr>
            <w:tcW w:type="dxa" w:w="396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/etc/penguins-eggs.d/brain.d/base.yaml.tmpl</w:t>
            </w:r>
          </w:p>
        </w:tc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Tareas Live: compat14, sudoers, launcher, etc.</w:t>
            </w:r>
          </w:p>
        </w:tc>
      </w:tr>
      <w:tr>
        <w:tc>
          <w:tcPr>
            <w:tcW w:type="dxa" w:w="3969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/etc/penguins-eggs.d/scripts/generate-menus.sh</w:t>
            </w:r>
          </w:p>
        </w:tc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Generación GRUB/ISOLINUX/EFI Arielo.</w:t>
            </w:r>
          </w:p>
        </w:tc>
      </w:tr>
      <w:tr>
        <w:tc>
          <w:tcPr>
            <w:tcW w:type="dxa" w:w="396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/etc/penguins-eggs.d/brain.d/assets/splash.png</w:t>
            </w:r>
          </w:p>
        </w:tc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Splash final 640×480.</w:t>
            </w:r>
          </w:p>
        </w:tc>
      </w:tr>
      <w:tr>
        <w:tc>
          <w:tcPr>
            <w:tcW w:type="dxa" w:w="3969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/etc/penguins-eggs.d/brain.d/assets/calamares/</w:t>
            </w:r>
          </w:p>
        </w:tc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Branding que entra en la ISO.</w:t>
            </w:r>
          </w:p>
        </w:tc>
      </w:tr>
      <w:tr>
        <w:tc>
          <w:tcPr>
            <w:tcW w:type="dxa" w:w="396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/usr/local/share/arielo-os/calamares-branding-master/</w:t>
            </w:r>
          </w:p>
        </w:tc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Maestro de branding; excluido de la ISO.</w:t>
            </w:r>
          </w:p>
        </w:tc>
      </w:tr>
      <w:tr>
        <w:tc>
          <w:tcPr>
            <w:tcW w:type="dxa" w:w="3969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/usr/local/share/arielo-os/manual/</w:t>
            </w:r>
          </w:p>
        </w:tc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Fuente global del manual.</w:t>
            </w:r>
          </w:p>
        </w:tc>
      </w:tr>
      <w:tr>
        <w:tc>
          <w:tcPr>
            <w:tcW w:type="dxa" w:w="396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/root/ARIELO_BACKUPS_NO_ISO/</w:t>
            </w:r>
          </w:p>
        </w:tc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Caja fuerte de históricos; excluida.</w:t>
            </w:r>
          </w:p>
        </w:tc>
      </w:tr>
      <w:tr>
        <w:tc>
          <w:tcPr>
            <w:tcW w:type="dxa" w:w="3969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/home/eggs/liveroot</w:t>
            </w:r>
          </w:p>
        </w:tc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Staging del Live; debe limpiarse entre builds delicados.</w:t>
            </w:r>
          </w:p>
        </w:tc>
      </w:tr>
      <w:tr>
        <w:tc>
          <w:tcPr>
            <w:tcW w:type="dxa" w:w="3969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/home/eggs/.overlay</w:t>
            </w:r>
          </w:p>
        </w:tc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Overlay de trabajo.</w:t>
            </w:r>
          </w:p>
        </w:tc>
      </w:tr>
      <w:tr>
        <w:tc>
          <w:tcPr>
            <w:tcW w:type="dxa" w:w="3969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/home/eggs/isodir</w:t>
            </w:r>
          </w:p>
        </w:tc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Árbol de la ISO antes de xorriso.</w:t>
            </w:r>
          </w:p>
        </w:tc>
      </w:tr>
    </w:tbl>
    <w:p>
      <w:pPr>
        <w:spacing w:after="20"/>
      </w:pP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Apéndice B. Hashes de referencia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5"/>
        <w:gridCol w:w="5185"/>
      </w:tblGrid>
      <w:tr>
        <w:trPr>
          <w:tblHeader w:val="true"/>
        </w:trPr>
        <w:tc>
          <w:tcPr>
            <w:tcW w:type="dxa" w:w="3118"/>
            <w:shd w:fill="1677C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Elemento</w:t>
            </w:r>
          </w:p>
        </w:tc>
        <w:tc>
          <w:tcPr>
            <w:tcW w:type="dxa" w:w="5953"/>
            <w:shd w:fill="1677C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SHA-256</w:t>
            </w:r>
          </w:p>
        </w:tc>
      </w:tr>
      <w:tr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ISO 1604</w:t>
            </w:r>
          </w:p>
        </w:tc>
        <w:tc>
          <w:tcPr>
            <w:tcW w:type="dxa" w:w="595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1795c09e3833eb597c8aadc4cb0b72e73d3983af4692cc368f51735c20d79ea2</w:t>
            </w:r>
          </w:p>
        </w:tc>
      </w:tr>
      <w:tr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splash.png 640×480</w:t>
            </w:r>
          </w:p>
        </w:tc>
        <w:tc>
          <w:tcPr>
            <w:tcW w:type="dxa" w:w="5953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d721172ff095c6145199729b5ec2bb315c1739a12306feb84d0878f77abf2e19</w:t>
            </w:r>
          </w:p>
        </w:tc>
      </w:tr>
      <w:tr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SNAPFIX mksquashfs</w:t>
            </w:r>
          </w:p>
        </w:tc>
        <w:tc>
          <w:tcPr>
            <w:tcW w:type="dxa" w:w="595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1dae59600ab744c5750ce6fe67497445a8d90d41466bb90d398637bd487ac432</w:t>
            </w:r>
          </w:p>
        </w:tc>
      </w:tr>
      <w:tr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arielo-installer</w:t>
            </w:r>
          </w:p>
        </w:tc>
        <w:tc>
          <w:tcPr>
            <w:tcW w:type="dxa" w:w="5953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3fa7fa663275bd9d0e22f4966f6013dc0d1a9504345c28dc20d49174d77bb7fc</w:t>
            </w:r>
          </w:p>
        </w:tc>
      </w:tr>
      <w:tr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Calamares wrapper</w:t>
            </w:r>
          </w:p>
        </w:tc>
        <w:tc>
          <w:tcPr>
            <w:tcW w:type="dxa" w:w="595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701b09b6e1a4d1b0934d1a8d83a42ef9ccd952cec76792e4645635b5db0518c0</w:t>
            </w:r>
          </w:p>
        </w:tc>
      </w:tr>
      <w:tr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generate-menus.sh</w:t>
            </w:r>
          </w:p>
        </w:tc>
        <w:tc>
          <w:tcPr>
            <w:tcW w:type="dxa" w:w="5953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ac501a54c7b4e1abf9e56881567b619d6a937b4df1666173479337c80dc78530</w:t>
            </w:r>
          </w:p>
        </w:tc>
      </w:tr>
      <w:tr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custom.yaml</w:t>
            </w:r>
          </w:p>
        </w:tc>
        <w:tc>
          <w:tcPr>
            <w:tcW w:type="dxa" w:w="595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5e45f84f720a4a332864fa1a9ba9cf877a90239f5f62b79592aa3c1f8b069933</w:t>
            </w:r>
          </w:p>
        </w:tc>
      </w:tr>
      <w:tr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vmlinuz 7.0.0-29</w:t>
            </w:r>
          </w:p>
        </w:tc>
        <w:tc>
          <w:tcPr>
            <w:tcW w:type="dxa" w:w="5953"/>
            <w:tcMar>
              <w:top w:w="80" w:type="dxa"/>
              <w:start w:w="100" w:type="dxa"/>
              <w:bottom w:w="80" w:type="dxa"/>
              <w:end w:w="100" w:type="dxa"/>
            </w:tcMar>
            <w:shd w:fill="F7FAFC"/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b51367c7dab2f3824ca811c7e33b7f6bb0ddc8122b48248335ba6164de8d9682</w:t>
            </w:r>
          </w:p>
        </w:tc>
      </w:tr>
      <w:tr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vmlinuz 7.0.0-14</w:t>
            </w:r>
          </w:p>
        </w:tc>
        <w:tc>
          <w:tcPr>
            <w:tcW w:type="dxa" w:w="595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rFonts w:ascii="Aptos" w:hAnsi="Aptos"/>
                <w:sz w:val="16"/>
              </w:rPr>
              <w:t>6f11cd68fc0d181bb4f9a72e2d0ec6a1c2a69a59f7b9bd6bf9538630d1102456</w:t>
            </w:r>
          </w:p>
        </w:tc>
      </w:tr>
    </w:tbl>
    <w:p>
      <w:pPr>
        <w:spacing w:after="20"/>
      </w:pP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Apéndice C. Comandos esenciales de auditoría</w:t>
      </w:r>
    </w:p>
    <w:p>
      <w:pPr>
        <w:spacing w:after="100" w:line="259" w:lineRule="auto"/>
      </w:pPr>
      <w:r>
        <w:rPr>
          <w:rFonts w:ascii="Aptos" w:hAnsi="Aptos"/>
        </w:rPr>
        <w:t>Los comandos siguientes resumen las comprobaciones que resultaron más útiles durante el proyecto. Deben ejecutarse con cuidado y, en el caso de montajes, solo sobre rutas de prueba.</w:t>
      </w:r>
    </w:p>
    <w:p>
      <w:pPr>
        <w:spacing w:before="60" w:after="100"/>
        <w:ind w:left="340" w:right="170"/>
        <w:shd w:fill="F3F6F8"/>
      </w:pPr>
      <w:r>
        <w:rPr>
          <w:rFonts w:ascii="Liberation Mono" w:hAnsi="Liberation Mono"/>
          <w:color w:val="263746"/>
          <w:sz w:val="16"/>
        </w:rPr>
        <w:t># Huella de una ISO</w:t>
        <w:br/>
        <w:t>sha256sum /home/eggs/egg-of-ubuntu-...iso</w:t>
      </w:r>
    </w:p>
    <w:p>
      <w:pPr>
        <w:spacing w:before="60" w:after="100"/>
        <w:ind w:left="340" w:right="170"/>
        <w:shd w:fill="F3F6F8"/>
      </w:pPr>
      <w:r>
        <w:rPr>
          <w:rFonts w:ascii="Liberation Mono" w:hAnsi="Liberation Mono"/>
          <w:color w:val="263746"/>
          <w:sz w:val="16"/>
        </w:rPr>
        <w:t># El Torito BIOS/UEFI</w:t>
        <w:br/>
        <w:t>xorriso -indev "$ISO" -report_el_torito plain</w:t>
      </w:r>
    </w:p>
    <w:p>
      <w:pPr>
        <w:spacing w:before="60" w:after="100"/>
        <w:ind w:left="340" w:right="170"/>
        <w:shd w:fill="F3F6F8"/>
      </w:pPr>
      <w:r>
        <w:rPr>
          <w:rFonts w:ascii="Liberation Mono" w:hAnsi="Liberation Mono"/>
          <w:color w:val="263746"/>
          <w:sz w:val="16"/>
        </w:rPr>
        <w:t># Comparación exacta de kernels (usar sudo por permisos 0600)</w:t>
        <w:br/>
        <w:t>sudo cmp -s /boot/vmlinuz-7.0.0-29-generic "$MNT/live/vmlinuz"</w:t>
        <w:br/>
        <w:t>sudo cmp -s /boot/vmlinuz-7.0.0-14-generic "$MNT/live/vmlinuz-14"</w:t>
      </w:r>
    </w:p>
    <w:p>
      <w:pPr>
        <w:spacing w:before="60" w:after="100"/>
        <w:ind w:left="340" w:right="170"/>
        <w:shd w:fill="F3F6F8"/>
      </w:pPr>
      <w:r>
        <w:rPr>
          <w:rFonts w:ascii="Liberation Mono" w:hAnsi="Liberation Mono"/>
          <w:color w:val="263746"/>
          <w:sz w:val="16"/>
        </w:rPr>
        <w:t># Búsqueda global de backups históricos en un SquashFS montado</w:t>
        <w:br/>
        <w:t>sudo find "$ROOT" \( -name "*.antes*" -o -name "*antes-usb*" -o -name "*antes-del-clon*" \) -print</w:t>
      </w:r>
    </w:p>
    <w:p>
      <w:pPr>
        <w:spacing w:before="60" w:after="100"/>
        <w:ind w:left="340" w:right="170"/>
        <w:shd w:fill="F3F6F8"/>
      </w:pPr>
      <w:r>
        <w:rPr>
          <w:rFonts w:ascii="Liberation Mono" w:hAnsi="Liberation Mono"/>
          <w:color w:val="263746"/>
          <w:sz w:val="16"/>
        </w:rPr>
        <w:t># Snap</w:t>
        <w:br/>
        <w:t>find "$ROOT/snap" -maxdepth 2 -type l -name current | wc -l</w:t>
        <w:br/>
        <w:t>find "$ROOT/snap/bin" -maxdepth 1 -type l | wc -l</w:t>
        <w:br/>
        <w:t>getcap "$ROOT/usr/lib/snapd/snap-confine"</w:t>
      </w:r>
    </w:p>
    <w:p>
      <w:pPr>
        <w:spacing w:before="60" w:after="100"/>
        <w:ind w:left="340" w:right="170"/>
        <w:shd w:fill="F3F6F8"/>
      </w:pPr>
      <w:r>
        <w:rPr>
          <w:rFonts w:ascii="Liberation Mono" w:hAnsi="Liberation Mono"/>
          <w:color w:val="263746"/>
          <w:sz w:val="16"/>
        </w:rPr>
        <w:t># Estado del staging antes de limpiar</w:t>
        <w:br/>
        <w:t>findmnt -R /home/eggs</w:t>
      </w:r>
    </w:p>
    <w:p>
      <w:pPr>
        <w:pStyle w:val="Heading1"/>
        <w:spacing w:before="200" w:after="80"/>
      </w:pPr>
      <w:r>
        <w:rPr>
          <w:rFonts w:ascii="Aptos" w:hAnsi="Aptos"/>
          <w:b/>
          <w:color w:val="15324A"/>
          <w:sz w:val="32"/>
        </w:rPr>
        <w:t>Apéndice D. Lecciones técnicas del proyecto</w:t>
      </w:r>
    </w:p>
    <w:p>
      <w:pPr>
        <w:pStyle w:val="ListNumber"/>
        <w:spacing w:after="40"/>
      </w:pPr>
      <w:r>
        <w:rPr>
          <w:rFonts w:ascii="Aptos" w:hAnsi="Aptos"/>
        </w:rPr>
        <w:t>Una ISO que arranca no está necesariamente completa: hay que probar también el sistema instalado.</w:t>
      </w:r>
    </w:p>
    <w:p>
      <w:pPr>
        <w:pStyle w:val="ListNumber"/>
        <w:spacing w:after="40"/>
      </w:pPr>
      <w:r>
        <w:rPr>
          <w:rFonts w:ascii="Aptos" w:hAnsi="Aptos"/>
        </w:rPr>
        <w:t>Los xattrs pueden ser esenciales. Perderlos puede romper capacidades Linux aunque los archivos sigan presentes.</w:t>
      </w:r>
    </w:p>
    <w:p>
      <w:pPr>
        <w:pStyle w:val="ListNumber"/>
        <w:spacing w:after="40"/>
      </w:pPr>
      <w:r>
        <w:rPr>
          <w:rFonts w:ascii="Aptos" w:hAnsi="Aptos"/>
        </w:rPr>
        <w:t>Una corrección de remasterización puede vivir fuera de la ISO: SNAPFIX actúa durante la fabricación y se excluye del producto.</w:t>
      </w:r>
    </w:p>
    <w:p>
      <w:pPr>
        <w:pStyle w:val="ListNumber"/>
        <w:spacing w:after="40"/>
      </w:pPr>
      <w:r>
        <w:rPr>
          <w:rFonts w:ascii="Aptos" w:hAnsi="Aptos"/>
        </w:rPr>
        <w:t>El árbol /snap no debe copiar revisiones físicas duplicadas; basta conservar los .snap reales y reconstruir los enlaces mínimos necesarios.</w:t>
      </w:r>
    </w:p>
    <w:p>
      <w:pPr>
        <w:pStyle w:val="ListNumber"/>
        <w:spacing w:after="40"/>
      </w:pPr>
      <w:r>
        <w:rPr>
          <w:rFonts w:ascii="Aptos" w:hAnsi="Aptos"/>
        </w:rPr>
        <w:t>Los problemas de Calamares deben estudiarse en el momento en que coa genera installer.d; editar solo archivos estáticos puede no tener efecto.</w:t>
      </w:r>
    </w:p>
    <w:p>
      <w:pPr>
        <w:pStyle w:val="ListNumber"/>
        <w:spacing w:after="40"/>
      </w:pPr>
      <w:r>
        <w:rPr>
          <w:rFonts w:ascii="Aptos" w:hAnsi="Aptos"/>
        </w:rPr>
        <w:t>Una regla sudo más tardía puede anular una NOPASSWD anterior. El orden de /etc/sudoers.d importa.</w:t>
      </w:r>
    </w:p>
    <w:p>
      <w:pPr>
        <w:pStyle w:val="ListNumber"/>
        <w:spacing w:after="40"/>
      </w:pPr>
      <w:r>
        <w:rPr>
          <w:rFonts w:ascii="Aptos" w:hAnsi="Aptos"/>
        </w:rPr>
        <w:t>Cuando Calamares detecta escritorios automáticamente puede escoger el incorrecto; defaultDesktopEnvironment evita esa ambigüedad.</w:t>
      </w:r>
    </w:p>
    <w:p>
      <w:pPr>
        <w:pStyle w:val="ListNumber"/>
        <w:spacing w:after="40"/>
      </w:pPr>
      <w:r>
        <w:rPr>
          <w:rFonts w:ascii="Aptos" w:hAnsi="Aptos"/>
        </w:rPr>
        <w:t>Un fondo de GRUB que funciona en un equipo y no en otro puede ser un problema de resolución/mode, no de la orden background_image.</w:t>
      </w:r>
    </w:p>
    <w:p>
      <w:pPr>
        <w:pStyle w:val="ListNumber"/>
        <w:spacing w:after="40"/>
      </w:pPr>
      <w:r>
        <w:rPr>
          <w:rFonts w:ascii="Aptos" w:hAnsi="Aptos"/>
        </w:rPr>
        <w:t>El staging es parte de la fábrica. liveroot, .overlay e isodir deben considerarse fuentes potenciales de contaminación entre builds.</w:t>
      </w:r>
    </w:p>
    <w:p>
      <w:pPr>
        <w:pStyle w:val="ListNumber"/>
        <w:spacing w:after="40"/>
      </w:pPr>
      <w:r>
        <w:rPr>
          <w:rFonts w:ascii="Aptos" w:hAnsi="Aptos"/>
        </w:rPr>
        <w:t>Una auditoría debe abortar si el montaje falla. Continuar y evaluar rutas vacías produce falsos positivos y falsos negativos.</w:t>
      </w:r>
    </w:p>
    <w:p>
      <w:pPr>
        <w:pStyle w:val="ListNumber"/>
        <w:spacing w:after="40"/>
      </w:pPr>
      <w:r>
        <w:rPr>
          <w:rFonts w:ascii="Aptos" w:hAnsi="Aptos"/>
        </w:rPr>
        <w:t>Los hashes permiten distinguir una ISO realmente validada de una copia modificada o reconstruida.</w:t>
      </w:r>
    </w:p>
    <w:p>
      <w:pPr>
        <w:pStyle w:val="ListNumber"/>
        <w:spacing w:after="40"/>
      </w:pPr>
      <w:r>
        <w:rPr>
          <w:rFonts w:ascii="Aptos" w:hAnsi="Aptos"/>
        </w:rPr>
        <w:t>Cuando algo queda probado y estable, no se toca: CANDADO DE ORO.</w:t>
      </w:r>
    </w:p>
    <w:p>
      <w:r>
        <w:br w:type="page"/>
      </w:r>
    </w:p>
    <w:p>
      <w:pPr>
        <w:spacing w:before="1600"/>
        <w:jc w:val="center"/>
      </w:pPr>
      <w:r>
        <w:rPr>
          <w:rFonts w:ascii="Aptos" w:hAnsi="Aptos"/>
          <w:b/>
          <w:color w:val="15324A"/>
          <w:sz w:val="48"/>
        </w:rPr>
        <w:t>ARIELO OS 01A 64-bit</w:t>
      </w:r>
    </w:p>
    <w:p>
      <w:pPr>
        <w:jc w:val="center"/>
      </w:pPr>
      <w:r>
        <w:rPr>
          <w:rFonts w:ascii="Aptos" w:hAnsi="Aptos"/>
          <w:b/>
          <w:color w:val="1677C8"/>
          <w:sz w:val="38"/>
        </w:rPr>
        <w:t>ISO 1604</w:t>
      </w:r>
    </w:p>
    <w:p>
      <w:pPr>
        <w:spacing w:before="240"/>
        <w:jc w:val="center"/>
      </w:pPr>
      <w:r>
        <w:rPr>
          <w:rFonts w:ascii="Aptos" w:hAnsi="Aptos"/>
          <w:b/>
          <w:color w:val="1D7A46"/>
          <w:sz w:val="32"/>
        </w:rPr>
        <w:t>VALIDADA DE PRINCIPIO A FIN</w:t>
      </w:r>
    </w:p>
    <w:p>
      <w:pPr>
        <w:jc w:val="center"/>
      </w:pPr>
      <w:r>
        <w:rPr>
          <w:rFonts w:ascii="Aptos" w:hAnsi="Aptos"/>
          <w:b/>
          <w:color w:val="B8860B"/>
          <w:sz w:val="36"/>
        </w:rPr>
        <w:t>CANDADO DE ORO</w:t>
      </w:r>
    </w:p>
    <w:p>
      <w:pPr>
        <w:spacing w:before="480"/>
        <w:jc w:val="center"/>
      </w:pPr>
      <w:r>
        <w:rPr>
          <w:rFonts w:ascii="Aptos" w:hAnsi="Aptos"/>
          <w:i/>
          <w:color w:val="5A6670"/>
          <w:sz w:val="19"/>
        </w:rPr>
        <w:t>Documento cerrado el 11 de agosto de 2026.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50" w:right="935" w:bottom="822" w:left="935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6670"/>
        <w:sz w:val="15"/>
      </w:rPr>
      <w:t xml:space="preserve">Arielo OS 01A 64-bit  •  Página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5A6670"/>
        <w:sz w:val="15"/>
      </w:rPr>
      <w:t>ARIELO OS 01A 64-bit  |  HISTORIA TÉCNICA COMPLETA  |  ISO 1604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ptos" w:hAnsi="Aptos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ptos" w:hAnsi="Aptos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ptos" w:hAnsi="Aptos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ARIELO OS 01A 64-bit — Historia técnica completa hasta ISO 1604</dc:title>
  <dc:subject>Creación, reparación, remasterización, instalación y validación de Arielo OS 64 bits</dc:subject>
  <dc:creator>Ariel (Arielo / EA7JTP)</dc:creator>
  <cp:keywords>Arielo OS, Ubuntu 26.04, LXQt, Penguins Eggs, coa, Calamares, Snap, GRUB, ISO 1604</cp:keywords>
  <dc:description>Documento técnico preparado a partir del historial del proyecto y auditorías realizadas hasta el 10 de agosto de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